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פ״נ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„הִצִּיל”?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צ־י/ו־ל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צ־ל־י/ה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נ־צ־ל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„נָפַל”?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י/ו־פ־ל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נ־פ־ל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פ־י/ו־ל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„נָסַעְנוּ”?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„הִפִּילָה”?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מה מסמן הדגש בהִפִּיל?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באיזה פועל הנ׳ נשמעת?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יִפֹּל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„הִגַּשְׁנוּ”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