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האות החסרה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איזו אות שורש חסרה או נחה – ואיפה.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🔍 האות החסרה (פ״נ).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· בהתחלה · נ־פ־ל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· בהתחלה · נ־צ־ל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· בהתחלה · נ־ב־ט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· בהתחלה · נ־ג־ע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· בהתחלה · נ־כ־ר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פ״נ · האות החסרה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האות החסרה.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האות החסרה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איזו אות חסרה (נ / י/ו / י/ה), איפה היא (בהתחלה / באמצע / בסוף), ואת הגזרה.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השורש עם חור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ומקומה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הִפִּילָה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___־פ־ל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___־צ־ל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___־ב־ט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___־ג־ע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הִכַּרְתִּי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___־כ־ר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האות החסרה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„הִגַּשְׁנוּ” – השורש ___־ג־ש.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כתבו את השורש המלא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הפועל: הִגַּשְׁנוּ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הפועל: נָפַל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הפועל: הִבִּיט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האות שהתחבאה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משלכם עם פעלים שחסרה בהם אות 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 – אם אפשר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„נָסַעְנוּ”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האות החסרה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