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האות החסרה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🔍 האות החסרה (פ״נ).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· בהתחלה · נ־ב־ט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· בהתחלה · נ־כ־ר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· בהתחלה · נ־צ־ל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נ־כ־ר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פ״נ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האות החסרה.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נ־ב־ט  |  נ־ג־ע  |  נ־ג־ש  |  נ־כ־ר  |  נ־ס־ע  |  נ־פ־ל  |  נ־צ־ל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___־ב־ט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הִכַּרְתִּי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___־כ־ר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___־צ־ל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„הִגִּיעַ” – השורש ___־ג־ע.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„הִגַּשְׁנוּ” – השורש ___־ג־ש. איזו אות חסרה?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המציל הִצִּיל את השחיין העייף.  ←  הפועל: הִצִּיל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בחוג הִכַּרְתִּי חברה חדשה.  ←  הפועל: הִכַּרְתִּי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האות החסרה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