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פ״נ · התאמה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להתאים פעלים לשורשים ולבניינים.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🔗 התאמה (פ״נ).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נ־ס־ע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נ־ב־ט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נ־כ־ר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נ־צ־ל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קל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נ־צ־ל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נ־ג־ע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🔗 פ״נ · התאמה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התאמה.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התאמה: פועל ← שורש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נָסַעְנוּ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נ־צ־ל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הִבִּיט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נ־ב־ט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הִכַּרְתִּי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נ־ס־ע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הִצִּיל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נ־פ־ל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הִפִּילָה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נ־כ־ר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התאמה: פועל ← בניין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הבניין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הִפִּילָה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קל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נָפַל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הפעיל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השלימו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הפועל: הִצִּיל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הפועל: הִגִּיעַ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הפועל: הִפִּילָה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משפחת 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שורש אחד מהדף וכתבו 4 מילים מאותה משפחה (פעלים או שמות).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למשל: ק־י/ו־ם ← קָם, הֵקִים, מָקוֹם, תְּקוּמָה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„הִגַּשְׁנוּ”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פ״נ · התאמה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