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התאמה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🔗 התאמה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בקל עבר הנ׳ נשמעת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פ״נ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התאמה.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נ־ב־ט  |  נ־ג־ע  |  נ־ג־ש  |  נ־כ־ר  |  נ־ס־ע  |  נ־פ־ל  |  נ־צ־ל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נָסַעְנוּ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נ־ס־ע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נ־ב־ט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נָפַל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נ־כ־ר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בחסרי פ״נ האות הראשונה בשורש היא נ׳.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בהִפִּיל הדגש בפ׳ בא במקום נ׳ שנבלעה.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בנָפַל (קל, עבר) הנ׳ נבלעת.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הכדור נָפַל לשלולית.  ←  הפועל: נָפַל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בחופש נָסַעְנוּ לים.  ←  הפועל: נָסַעְנוּ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„הִבִּיט”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התאמה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