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השיעור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📖 השיעור (פ״נ).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בקל עבר הנ׳ נשמעת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הֵקִים – ע״ו/י; הִפִּיל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היא מוספית של נפעל (כ־נ־ס)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נָסַע · קל · נשארו: נ־ס־ע · שורש: נ־ס־ע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 · קל · נשארו: נ־פ־ל · שורש: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 · הפעיל · נשארו: פּ־ל · שורש: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 · הפעיל · נשארו: צּ־ל · שורש: 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שנבלעה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נָפַל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פ״נ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השיעור – להשוואה: חסרי פ״נ – הנ׳ שנבלעת.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בחסרי פ״נ האות הראשונה בשורש היא נ׳.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בהִפִּיל הדגש בפ׳ בא במקום נ׳ שנבלעה.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בנָפַל (קל, עבר) הנ׳ נבלעת.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 והִפִּיל שייכים לאותה גזרה.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ביִפֹּל יש דגש בפ׳.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בנִכְנַס הנ׳ הראשונה היא אות שורש.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נָסַעְנוּ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מסמן הדגש בהִפִּיל?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שנבלעה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בניין פיעל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באיזה פועל הנ׳ נשמעת?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נָפַל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הִפִּיל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יִפֹּל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„נָפַל”?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י/ו־פ־ל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נ־פ־ל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פ־ל־י/ה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פ־י/ו־ל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„הִגַּשְׁנוּ”?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נ־ג־ש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ג־ש־י/ה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ג־י/ו־ש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י/ו־ג־ש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השורש של „הִבִּיט”?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ב־ט־י/ה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ב־י/ו־ט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י/ו־ב־ט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נ־ב־ט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הוסיפו דוגמה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ציינו את הסימן המיוחד של הגזרה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„יִפֹּל”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השיעור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